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20"/>
        <w:gridCol w:w="3402"/>
      </w:tblGrid>
      <w:tr>
        <w:tc>
          <w:tcPr>
            <w:tcW w:type="dxa" w:w="5270"/>
            <w:shd w:fill="2D2118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Lato" w:hAnsi="Lato"/>
                <w:b/>
                <w:color w:val="E6C77A"/>
                <w:sz w:val="16"/>
              </w:rPr>
              <w:t>FICHA DA FORJA</w:t>
            </w:r>
          </w:p>
          <w:p>
            <w:pPr>
              <w:spacing w:before="0" w:after="0"/>
            </w:pPr>
            <w:r>
              <w:rPr>
                <w:rFonts w:ascii="DejaVu Serif" w:hAnsi="DejaVu Serif"/>
                <w:b/>
                <w:color w:val="FFFFFF"/>
                <w:sz w:val="40"/>
              </w:rPr>
              <w:t>Item Mágico Lendário</w:t>
            </w:r>
          </w:p>
        </w:tc>
        <w:tc>
          <w:tcPr>
            <w:tcW w:type="dxa" w:w="5270"/>
            <w:shd w:fill="2D211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</w:pPr>
            <w:r>
              <w:rPr>
                <w:rFonts w:ascii="Lato" w:hAnsi="Lato"/>
                <w:color w:val="E8E0D2"/>
                <w:sz w:val="16"/>
              </w:rPr>
              <w:t>forjademundos.online</w:t>
            </w:r>
          </w:p>
        </w:tc>
      </w:tr>
    </w:tbl>
    <w:p>
      <w:pPr>
        <w:spacing w:before="120" w:after="20"/>
      </w:pPr>
      <w:r>
        <w:rPr>
          <w:rFonts w:ascii="Lato" w:hAnsi="Lato"/>
          <w:b/>
          <w:color w:val="2D2118"/>
          <w:sz w:val="18"/>
        </w:rPr>
        <w:t>Como usar</w:t>
      </w:r>
    </w:p>
    <w:p>
      <w:pPr>
        <w:spacing w:after="120"/>
      </w:pPr>
      <w:r>
        <w:rPr>
          <w:rFonts w:ascii="Lato" w:hAnsi="Lato"/>
          <w:color w:val="6D655D"/>
          <w:sz w:val="16"/>
        </w:rPr>
        <w:t>Preencha cada campo em 1 ou 2 frases. O objetivo é criar um item utilizável, não escrever toda a história do mundo. Se uma ideia crescer, anote-a depois. Primeiro termine a ficha.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0"/>
        <w:gridCol w:w="5270"/>
      </w:tblGrid>
      <w:tr>
        <w:trPr>
          <w:trHeight w:val="1786"/>
        </w:trPr>
        <w:tc>
          <w:tcPr>
            <w:tcW w:type="dxa" w:w="4989"/>
            <w:vAlign w:val="top"/>
            <w:shd w:fill="FFFDF7"/>
            <w:tcBorders>
              <w:top w:val="single" w:sz="8" w:color="D6C7AA"/>
              <w:left w:val="single" w:sz="8" w:color="D6C7AA"/>
              <w:bottom w:val="single" w:sz="8" w:color="D6C7AA"/>
              <w:right w:val="single" w:sz="8" w:color="D6C7AA"/>
            </w:tcBorders>
          </w:tcPr>
          <w:p>
            <w:pPr>
              <w:spacing w:after="20"/>
            </w:pPr>
            <w:r>
              <w:rPr>
                <w:rFonts w:ascii="Lato" w:hAnsi="Lato"/>
                <w:b/>
                <w:color w:val="2D2118"/>
                <w:sz w:val="17"/>
              </w:rPr>
              <w:t>1. Nome do item</w:t>
            </w:r>
          </w:p>
          <w:p>
            <w:pPr>
              <w:spacing w:after="40"/>
            </w:pPr>
            <w:r>
              <w:rPr>
                <w:rFonts w:ascii="Lato" w:hAnsi="Lato"/>
                <w:i/>
                <w:color w:val="6D655D"/>
                <w:sz w:val="13"/>
              </w:rPr>
              <w:t>Ex.: A Última Promessa</w:t>
            </w:r>
          </w:p>
          <w:p>
            <w:pPr>
              <w:spacing w:after="0"/>
            </w:pPr>
            <w:r>
              <w:rPr>
                <w:rFonts w:ascii="Lato" w:hAnsi="Lato"/>
                <w:color w:val="BEB4A0"/>
                <w:sz w:val="14"/>
              </w:rPr>
              <w:t>________________________________________________________</w:t>
            </w:r>
          </w:p>
          <w:p>
            <w:pPr>
              <w:spacing w:after="0"/>
            </w:pPr>
            <w:r>
              <w:rPr>
                <w:rFonts w:ascii="Lato" w:hAnsi="Lato"/>
                <w:color w:val="BEB4A0"/>
                <w:sz w:val="14"/>
              </w:rPr>
              <w:t>________________________________________________________</w:t>
            </w:r>
          </w:p>
        </w:tc>
        <w:tc>
          <w:tcPr>
            <w:tcW w:type="dxa" w:w="4989"/>
            <w:vAlign w:val="top"/>
            <w:shd w:fill="FFFDF7"/>
            <w:tcBorders>
              <w:top w:val="single" w:sz="8" w:color="D6C7AA"/>
              <w:left w:val="single" w:sz="8" w:color="D6C7AA"/>
              <w:bottom w:val="single" w:sz="8" w:color="D6C7AA"/>
              <w:right w:val="single" w:sz="8" w:color="D6C7AA"/>
            </w:tcBorders>
          </w:tcPr>
          <w:p>
            <w:pPr>
              <w:spacing w:after="20"/>
            </w:pPr>
            <w:r>
              <w:rPr>
                <w:rFonts w:ascii="Lato" w:hAnsi="Lato"/>
                <w:b/>
                <w:color w:val="2D2118"/>
                <w:sz w:val="17"/>
              </w:rPr>
              <w:t>7. Preço, limite ou consequência</w:t>
            </w:r>
          </w:p>
          <w:p>
            <w:pPr>
              <w:spacing w:after="40"/>
            </w:pPr>
            <w:r>
              <w:rPr>
                <w:rFonts w:ascii="Lato" w:hAnsi="Lato"/>
                <w:i/>
                <w:color w:val="6D655D"/>
                <w:sz w:val="13"/>
              </w:rPr>
              <w:t>O que custa usar esse poder?</w:t>
            </w:r>
          </w:p>
          <w:p>
            <w:pPr>
              <w:spacing w:after="0"/>
            </w:pPr>
            <w:r>
              <w:rPr>
                <w:rFonts w:ascii="Lato" w:hAnsi="Lato"/>
                <w:color w:val="BEB4A0"/>
                <w:sz w:val="14"/>
              </w:rPr>
              <w:t>________________________________________________________</w:t>
            </w:r>
          </w:p>
          <w:p>
            <w:pPr>
              <w:spacing w:after="0"/>
            </w:pPr>
            <w:r>
              <w:rPr>
                <w:rFonts w:ascii="Lato" w:hAnsi="Lato"/>
                <w:color w:val="BEB4A0"/>
                <w:sz w:val="14"/>
              </w:rPr>
              <w:t>________________________________________________________</w:t>
            </w:r>
          </w:p>
        </w:tc>
      </w:tr>
      <w:tr>
        <w:trPr>
          <w:trHeight w:val="1786"/>
        </w:trPr>
        <w:tc>
          <w:tcPr>
            <w:tcW w:type="dxa" w:w="4989"/>
            <w:vAlign w:val="top"/>
            <w:shd w:fill="FFFDF7"/>
            <w:tcBorders>
              <w:top w:val="single" w:sz="8" w:color="D6C7AA"/>
              <w:left w:val="single" w:sz="8" w:color="D6C7AA"/>
              <w:bottom w:val="single" w:sz="8" w:color="D6C7AA"/>
              <w:right w:val="single" w:sz="8" w:color="D6C7AA"/>
            </w:tcBorders>
          </w:tcPr>
          <w:p>
            <w:pPr>
              <w:spacing w:after="20"/>
            </w:pPr>
            <w:r>
              <w:rPr>
                <w:rFonts w:ascii="Lato" w:hAnsi="Lato"/>
                <w:b/>
                <w:color w:val="2D2118"/>
                <w:sz w:val="17"/>
              </w:rPr>
              <w:t>2. Tipo de objeto</w:t>
            </w:r>
          </w:p>
          <w:p>
            <w:pPr>
              <w:spacing w:after="40"/>
            </w:pPr>
            <w:r>
              <w:rPr>
                <w:rFonts w:ascii="Lato" w:hAnsi="Lato"/>
                <w:i/>
                <w:color w:val="6D655D"/>
                <w:sz w:val="13"/>
              </w:rPr>
              <w:t>Ex.: espada, coroa, máscara, chave</w:t>
            </w:r>
          </w:p>
          <w:p>
            <w:pPr>
              <w:spacing w:after="0"/>
            </w:pPr>
            <w:r>
              <w:rPr>
                <w:rFonts w:ascii="Lato" w:hAnsi="Lato"/>
                <w:color w:val="BEB4A0"/>
                <w:sz w:val="14"/>
              </w:rPr>
              <w:t>________________________________________________________</w:t>
            </w:r>
          </w:p>
          <w:p>
            <w:pPr>
              <w:spacing w:after="0"/>
            </w:pPr>
            <w:r>
              <w:rPr>
                <w:rFonts w:ascii="Lato" w:hAnsi="Lato"/>
                <w:color w:val="BEB4A0"/>
                <w:sz w:val="14"/>
              </w:rPr>
              <w:t>________________________________________________________</w:t>
            </w:r>
          </w:p>
        </w:tc>
        <w:tc>
          <w:tcPr>
            <w:tcW w:type="dxa" w:w="4989"/>
            <w:vAlign w:val="top"/>
            <w:shd w:fill="FFFDF7"/>
            <w:tcBorders>
              <w:top w:val="single" w:sz="8" w:color="D6C7AA"/>
              <w:left w:val="single" w:sz="8" w:color="D6C7AA"/>
              <w:bottom w:val="single" w:sz="8" w:color="D6C7AA"/>
              <w:right w:val="single" w:sz="8" w:color="D6C7AA"/>
            </w:tcBorders>
          </w:tcPr>
          <w:p>
            <w:pPr>
              <w:spacing w:after="20"/>
            </w:pPr>
            <w:r>
              <w:rPr>
                <w:rFonts w:ascii="Lato" w:hAnsi="Lato"/>
                <w:b/>
                <w:color w:val="2D2118"/>
                <w:sz w:val="17"/>
              </w:rPr>
              <w:t>8. O que o item deseja?</w:t>
            </w:r>
          </w:p>
          <w:p>
            <w:pPr>
              <w:spacing w:after="40"/>
            </w:pPr>
            <w:r>
              <w:rPr>
                <w:rFonts w:ascii="Lato" w:hAnsi="Lato"/>
                <w:i/>
                <w:color w:val="6D655D"/>
                <w:sz w:val="13"/>
              </w:rPr>
              <w:t>Uma vontade, propósito ou prioridade</w:t>
            </w:r>
          </w:p>
          <w:p>
            <w:pPr>
              <w:spacing w:after="0"/>
            </w:pPr>
            <w:r>
              <w:rPr>
                <w:rFonts w:ascii="Lato" w:hAnsi="Lato"/>
                <w:color w:val="BEB4A0"/>
                <w:sz w:val="14"/>
              </w:rPr>
              <w:t>________________________________________________________</w:t>
            </w:r>
          </w:p>
          <w:p>
            <w:pPr>
              <w:spacing w:after="0"/>
            </w:pPr>
            <w:r>
              <w:rPr>
                <w:rFonts w:ascii="Lato" w:hAnsi="Lato"/>
                <w:color w:val="BEB4A0"/>
                <w:sz w:val="14"/>
              </w:rPr>
              <w:t>________________________________________________________</w:t>
            </w:r>
          </w:p>
        </w:tc>
      </w:tr>
      <w:tr>
        <w:trPr>
          <w:trHeight w:val="1786"/>
        </w:trPr>
        <w:tc>
          <w:tcPr>
            <w:tcW w:type="dxa" w:w="4989"/>
            <w:vAlign w:val="top"/>
            <w:shd w:fill="FFFDF7"/>
            <w:tcBorders>
              <w:top w:val="single" w:sz="8" w:color="D6C7AA"/>
              <w:left w:val="single" w:sz="8" w:color="D6C7AA"/>
              <w:bottom w:val="single" w:sz="8" w:color="D6C7AA"/>
              <w:right w:val="single" w:sz="8" w:color="D6C7AA"/>
            </w:tcBorders>
          </w:tcPr>
          <w:p>
            <w:pPr>
              <w:spacing w:after="20"/>
            </w:pPr>
            <w:r>
              <w:rPr>
                <w:rFonts w:ascii="Lato" w:hAnsi="Lato"/>
                <w:b/>
                <w:color w:val="2D2118"/>
                <w:sz w:val="17"/>
              </w:rPr>
              <w:t>3. Por que alguém o deseja ou teme?</w:t>
            </w:r>
          </w:p>
          <w:p>
            <w:pPr>
              <w:spacing w:after="40"/>
            </w:pPr>
            <w:r>
              <w:rPr>
                <w:rFonts w:ascii="Lato" w:hAnsi="Lato"/>
                <w:i/>
                <w:color w:val="6D655D"/>
                <w:sz w:val="13"/>
              </w:rPr>
              <w:t>Qual problema, autoridade ou perigo ele representa?</w:t>
            </w:r>
          </w:p>
          <w:p>
            <w:pPr>
              <w:spacing w:after="0"/>
            </w:pPr>
            <w:r>
              <w:rPr>
                <w:rFonts w:ascii="Lato" w:hAnsi="Lato"/>
                <w:color w:val="BEB4A0"/>
                <w:sz w:val="14"/>
              </w:rPr>
              <w:t>________________________________________________________</w:t>
            </w:r>
          </w:p>
          <w:p>
            <w:pPr>
              <w:spacing w:after="0"/>
            </w:pPr>
            <w:r>
              <w:rPr>
                <w:rFonts w:ascii="Lato" w:hAnsi="Lato"/>
                <w:color w:val="BEB4A0"/>
                <w:sz w:val="14"/>
              </w:rPr>
              <w:t>________________________________________________________</w:t>
            </w:r>
          </w:p>
        </w:tc>
        <w:tc>
          <w:tcPr>
            <w:tcW w:type="dxa" w:w="4989"/>
            <w:vAlign w:val="top"/>
            <w:shd w:fill="FFFDF7"/>
            <w:tcBorders>
              <w:top w:val="single" w:sz="8" w:color="D6C7AA"/>
              <w:left w:val="single" w:sz="8" w:color="D6C7AA"/>
              <w:bottom w:val="single" w:sz="8" w:color="D6C7AA"/>
              <w:right w:val="single" w:sz="8" w:color="D6C7AA"/>
            </w:tcBorders>
          </w:tcPr>
          <w:p>
            <w:pPr>
              <w:spacing w:after="20"/>
            </w:pPr>
            <w:r>
              <w:rPr>
                <w:rFonts w:ascii="Lato" w:hAnsi="Lato"/>
                <w:b/>
                <w:color w:val="2D2118"/>
                <w:sz w:val="17"/>
              </w:rPr>
              <w:t>9. Como demonstra sua personalidade?</w:t>
            </w:r>
          </w:p>
          <w:p>
            <w:pPr>
              <w:spacing w:after="40"/>
            </w:pPr>
            <w:r>
              <w:rPr>
                <w:rFonts w:ascii="Lato" w:hAnsi="Lato"/>
                <w:i/>
                <w:color w:val="6D655D"/>
                <w:sz w:val="13"/>
              </w:rPr>
              <w:t>Voz, temperatura, peso, visões, comportamento...</w:t>
            </w:r>
          </w:p>
          <w:p>
            <w:pPr>
              <w:spacing w:after="0"/>
            </w:pPr>
            <w:r>
              <w:rPr>
                <w:rFonts w:ascii="Lato" w:hAnsi="Lato"/>
                <w:color w:val="BEB4A0"/>
                <w:sz w:val="14"/>
              </w:rPr>
              <w:t>________________________________________________________</w:t>
            </w:r>
          </w:p>
          <w:p>
            <w:pPr>
              <w:spacing w:after="0"/>
            </w:pPr>
            <w:r>
              <w:rPr>
                <w:rFonts w:ascii="Lato" w:hAnsi="Lato"/>
                <w:color w:val="BEB4A0"/>
                <w:sz w:val="14"/>
              </w:rPr>
              <w:t>________________________________________________________</w:t>
            </w:r>
          </w:p>
        </w:tc>
      </w:tr>
      <w:tr>
        <w:trPr>
          <w:trHeight w:val="1786"/>
        </w:trPr>
        <w:tc>
          <w:tcPr>
            <w:tcW w:type="dxa" w:w="4989"/>
            <w:vAlign w:val="top"/>
            <w:shd w:fill="FFFDF7"/>
            <w:tcBorders>
              <w:top w:val="single" w:sz="8" w:color="D6C7AA"/>
              <w:left w:val="single" w:sz="8" w:color="D6C7AA"/>
              <w:bottom w:val="single" w:sz="8" w:color="D6C7AA"/>
              <w:right w:val="single" w:sz="8" w:color="D6C7AA"/>
            </w:tcBorders>
          </w:tcPr>
          <w:p>
            <w:pPr>
              <w:spacing w:after="20"/>
            </w:pPr>
            <w:r>
              <w:rPr>
                <w:rFonts w:ascii="Lato" w:hAnsi="Lato"/>
                <w:b/>
                <w:color w:val="2D2118"/>
                <w:sz w:val="17"/>
              </w:rPr>
              <w:t>4. Quem o criou?</w:t>
            </w:r>
          </w:p>
          <w:p>
            <w:pPr>
              <w:spacing w:after="40"/>
            </w:pPr>
            <w:r>
              <w:rPr>
                <w:rFonts w:ascii="Lato" w:hAnsi="Lato"/>
                <w:i/>
                <w:color w:val="6D655D"/>
                <w:sz w:val="13"/>
              </w:rPr>
              <w:t>Pessoa, povo, ordem, divindade ou força</w:t>
            </w:r>
          </w:p>
          <w:p>
            <w:pPr>
              <w:spacing w:after="0"/>
            </w:pPr>
            <w:r>
              <w:rPr>
                <w:rFonts w:ascii="Lato" w:hAnsi="Lato"/>
                <w:color w:val="BEB4A0"/>
                <w:sz w:val="14"/>
              </w:rPr>
              <w:t>________________________________________________________</w:t>
            </w:r>
          </w:p>
          <w:p>
            <w:pPr>
              <w:spacing w:after="0"/>
            </w:pPr>
            <w:r>
              <w:rPr>
                <w:rFonts w:ascii="Lato" w:hAnsi="Lato"/>
                <w:color w:val="BEB4A0"/>
                <w:sz w:val="14"/>
              </w:rPr>
              <w:t>________________________________________________________</w:t>
            </w:r>
          </w:p>
        </w:tc>
        <w:tc>
          <w:tcPr>
            <w:tcW w:type="dxa" w:w="4989"/>
            <w:vAlign w:val="top"/>
            <w:shd w:fill="FFFDF7"/>
            <w:tcBorders>
              <w:top w:val="single" w:sz="8" w:color="D6C7AA"/>
              <w:left w:val="single" w:sz="8" w:color="D6C7AA"/>
              <w:bottom w:val="single" w:sz="8" w:color="D6C7AA"/>
              <w:right w:val="single" w:sz="8" w:color="D6C7AA"/>
            </w:tcBorders>
          </w:tcPr>
          <w:p>
            <w:pPr>
              <w:spacing w:after="20"/>
            </w:pPr>
            <w:r>
              <w:rPr>
                <w:rFonts w:ascii="Lato" w:hAnsi="Lato"/>
                <w:b/>
                <w:color w:val="2D2118"/>
                <w:sz w:val="17"/>
              </w:rPr>
              <w:t>10. Marca do passado</w:t>
            </w:r>
          </w:p>
          <w:p>
            <w:pPr>
              <w:spacing w:after="40"/>
            </w:pPr>
            <w:r>
              <w:rPr>
                <w:rFonts w:ascii="Lato" w:hAnsi="Lato"/>
                <w:i/>
                <w:color w:val="6D655D"/>
                <w:sz w:val="13"/>
              </w:rPr>
              <w:t>Rachadura, símbolo, reparo, mancha, parte ausente...</w:t>
            </w:r>
          </w:p>
          <w:p>
            <w:pPr>
              <w:spacing w:after="0"/>
            </w:pPr>
            <w:r>
              <w:rPr>
                <w:rFonts w:ascii="Lato" w:hAnsi="Lato"/>
                <w:color w:val="BEB4A0"/>
                <w:sz w:val="14"/>
              </w:rPr>
              <w:t>________________________________________________________</w:t>
            </w:r>
          </w:p>
          <w:p>
            <w:pPr>
              <w:spacing w:after="0"/>
            </w:pPr>
            <w:r>
              <w:rPr>
                <w:rFonts w:ascii="Lato" w:hAnsi="Lato"/>
                <w:color w:val="BEB4A0"/>
                <w:sz w:val="14"/>
              </w:rPr>
              <w:t>________________________________________________________</w:t>
            </w:r>
          </w:p>
        </w:tc>
      </w:tr>
      <w:tr>
        <w:trPr>
          <w:trHeight w:val="1786"/>
        </w:trPr>
        <w:tc>
          <w:tcPr>
            <w:tcW w:type="dxa" w:w="4989"/>
            <w:vAlign w:val="top"/>
            <w:shd w:fill="FFFDF7"/>
            <w:tcBorders>
              <w:top w:val="single" w:sz="8" w:color="D6C7AA"/>
              <w:left w:val="single" w:sz="8" w:color="D6C7AA"/>
              <w:bottom w:val="single" w:sz="8" w:color="D6C7AA"/>
              <w:right w:val="single" w:sz="8" w:color="D6C7AA"/>
            </w:tcBorders>
          </w:tcPr>
          <w:p>
            <w:pPr>
              <w:spacing w:after="20"/>
            </w:pPr>
            <w:r>
              <w:rPr>
                <w:rFonts w:ascii="Lato" w:hAnsi="Lato"/>
                <w:b/>
                <w:color w:val="2D2118"/>
                <w:sz w:val="17"/>
              </w:rPr>
              <w:t>5. O que acontecia quando ele foi criado?</w:t>
            </w:r>
          </w:p>
          <w:p>
            <w:pPr>
              <w:spacing w:after="40"/>
            </w:pPr>
            <w:r>
              <w:rPr>
                <w:rFonts w:ascii="Lato" w:hAnsi="Lato"/>
                <w:i/>
                <w:color w:val="6D655D"/>
                <w:sz w:val="13"/>
              </w:rPr>
              <w:t>Guerra, desastre, juramento, descoberta...</w:t>
            </w:r>
          </w:p>
          <w:p>
            <w:pPr>
              <w:spacing w:after="0"/>
            </w:pPr>
            <w:r>
              <w:rPr>
                <w:rFonts w:ascii="Lato" w:hAnsi="Lato"/>
                <w:color w:val="BEB4A0"/>
                <w:sz w:val="14"/>
              </w:rPr>
              <w:t>________________________________________________________</w:t>
            </w:r>
          </w:p>
          <w:p>
            <w:pPr>
              <w:spacing w:after="0"/>
            </w:pPr>
            <w:r>
              <w:rPr>
                <w:rFonts w:ascii="Lato" w:hAnsi="Lato"/>
                <w:color w:val="BEB4A0"/>
                <w:sz w:val="14"/>
              </w:rPr>
              <w:t>________________________________________________________</w:t>
            </w:r>
          </w:p>
        </w:tc>
        <w:tc>
          <w:tcPr>
            <w:tcW w:type="dxa" w:w="4989"/>
            <w:vAlign w:val="top"/>
            <w:shd w:fill="FFFDF7"/>
            <w:tcBorders>
              <w:top w:val="single" w:sz="8" w:color="D6C7AA"/>
              <w:left w:val="single" w:sz="8" w:color="D6C7AA"/>
              <w:bottom w:val="single" w:sz="8" w:color="D6C7AA"/>
              <w:right w:val="single" w:sz="8" w:color="D6C7AA"/>
            </w:tcBorders>
          </w:tcPr>
          <w:p>
            <w:pPr>
              <w:spacing w:after="20"/>
            </w:pPr>
            <w:r>
              <w:rPr>
                <w:rFonts w:ascii="Lato" w:hAnsi="Lato"/>
                <w:b/>
                <w:color w:val="2D2118"/>
                <w:sz w:val="17"/>
              </w:rPr>
              <w:t>11. Principal contradição</w:t>
            </w:r>
          </w:p>
          <w:p>
            <w:pPr>
              <w:spacing w:after="40"/>
            </w:pPr>
            <w:r>
              <w:rPr>
                <w:rFonts w:ascii="Lato" w:hAnsi="Lato"/>
                <w:i/>
                <w:color w:val="6D655D"/>
                <w:sz w:val="13"/>
              </w:rPr>
              <w:t>Como sua maior virtude também pode causar problemas?</w:t>
            </w:r>
          </w:p>
          <w:p>
            <w:pPr>
              <w:spacing w:after="0"/>
            </w:pPr>
            <w:r>
              <w:rPr>
                <w:rFonts w:ascii="Lato" w:hAnsi="Lato"/>
                <w:color w:val="BEB4A0"/>
                <w:sz w:val="14"/>
              </w:rPr>
              <w:t>________________________________________________________</w:t>
            </w:r>
          </w:p>
          <w:p>
            <w:pPr>
              <w:spacing w:after="0"/>
            </w:pPr>
            <w:r>
              <w:rPr>
                <w:rFonts w:ascii="Lato" w:hAnsi="Lato"/>
                <w:color w:val="BEB4A0"/>
                <w:sz w:val="14"/>
              </w:rPr>
              <w:t>________________________________________________________</w:t>
            </w:r>
          </w:p>
        </w:tc>
      </w:tr>
      <w:tr>
        <w:trPr>
          <w:trHeight w:val="1786"/>
        </w:trPr>
        <w:tc>
          <w:tcPr>
            <w:tcW w:type="dxa" w:w="4989"/>
            <w:vAlign w:val="top"/>
            <w:shd w:fill="FFFDF7"/>
            <w:tcBorders>
              <w:top w:val="single" w:sz="8" w:color="D6C7AA"/>
              <w:left w:val="single" w:sz="8" w:color="D6C7AA"/>
              <w:bottom w:val="single" w:sz="8" w:color="D6C7AA"/>
              <w:right w:val="single" w:sz="8" w:color="D6C7AA"/>
            </w:tcBorders>
          </w:tcPr>
          <w:p>
            <w:pPr>
              <w:spacing w:after="20"/>
            </w:pPr>
            <w:r>
              <w:rPr>
                <w:rFonts w:ascii="Lato" w:hAnsi="Lato"/>
                <w:b/>
                <w:color w:val="2D2118"/>
                <w:sz w:val="17"/>
              </w:rPr>
              <w:t>6. Poder principal</w:t>
            </w:r>
          </w:p>
          <w:p>
            <w:pPr>
              <w:spacing w:after="40"/>
            </w:pPr>
            <w:r>
              <w:rPr>
                <w:rFonts w:ascii="Lato" w:hAnsi="Lato"/>
                <w:i/>
                <w:color w:val="6D655D"/>
                <w:sz w:val="13"/>
              </w:rPr>
              <w:t>Uma habilidade central que conte a mesma história</w:t>
            </w:r>
          </w:p>
          <w:p>
            <w:pPr>
              <w:spacing w:after="0"/>
            </w:pPr>
            <w:r>
              <w:rPr>
                <w:rFonts w:ascii="Lato" w:hAnsi="Lato"/>
                <w:color w:val="BEB4A0"/>
                <w:sz w:val="14"/>
              </w:rPr>
              <w:t>________________________________________________________</w:t>
            </w:r>
          </w:p>
          <w:p>
            <w:pPr>
              <w:spacing w:after="0"/>
            </w:pPr>
            <w:r>
              <w:rPr>
                <w:rFonts w:ascii="Lato" w:hAnsi="Lato"/>
                <w:color w:val="BEB4A0"/>
                <w:sz w:val="14"/>
              </w:rPr>
              <w:t>________________________________________________________</w:t>
            </w:r>
          </w:p>
        </w:tc>
        <w:tc>
          <w:tcPr>
            <w:tcW w:type="dxa" w:w="4989"/>
            <w:vAlign w:val="top"/>
            <w:shd w:fill="FFFDF7"/>
            <w:tcBorders>
              <w:top w:val="single" w:sz="8" w:color="D6C7AA"/>
              <w:left w:val="single" w:sz="8" w:color="D6C7AA"/>
              <w:bottom w:val="single" w:sz="8" w:color="D6C7AA"/>
              <w:right w:val="single" w:sz="8" w:color="D6C7AA"/>
            </w:tcBorders>
          </w:tcPr>
          <w:p>
            <w:pPr>
              <w:spacing w:after="20"/>
            </w:pPr>
            <w:r>
              <w:rPr>
                <w:rFonts w:ascii="Lato" w:hAnsi="Lato"/>
                <w:b/>
                <w:color w:val="2D2118"/>
                <w:sz w:val="17"/>
              </w:rPr>
              <w:t>12. Por que voltou a importar agora?</w:t>
            </w:r>
          </w:p>
          <w:p>
            <w:pPr>
              <w:spacing w:after="40"/>
            </w:pPr>
            <w:r>
              <w:rPr>
                <w:rFonts w:ascii="Lato" w:hAnsi="Lato"/>
                <w:i/>
                <w:color w:val="6D655D"/>
                <w:sz w:val="13"/>
              </w:rPr>
              <w:t>Foi encontrado, roubado, despertou, mudou de dono...</w:t>
            </w:r>
          </w:p>
          <w:p>
            <w:pPr>
              <w:spacing w:after="0"/>
            </w:pPr>
            <w:r>
              <w:rPr>
                <w:rFonts w:ascii="Lato" w:hAnsi="Lato"/>
                <w:color w:val="BEB4A0"/>
                <w:sz w:val="14"/>
              </w:rPr>
              <w:t>________________________________________________________</w:t>
            </w:r>
          </w:p>
          <w:p>
            <w:pPr>
              <w:spacing w:after="0"/>
            </w:pPr>
            <w:r>
              <w:rPr>
                <w:rFonts w:ascii="Lato" w:hAnsi="Lato"/>
                <w:color w:val="BEB4A0"/>
                <w:sz w:val="14"/>
              </w:rPr>
              <w:t>________________________________________________________</w:t>
            </w:r>
          </w:p>
        </w:tc>
      </w:tr>
    </w:tbl>
    <w:p>
      <w:pPr>
        <w:spacing w:before="100" w:after="40"/>
      </w:pPr>
      <w:r>
        <w:rPr>
          <w:rFonts w:ascii="Lato" w:hAnsi="Lato"/>
          <w:b/>
          <w:color w:val="6B4A2F"/>
          <w:sz w:val="17"/>
        </w:rPr>
        <w:t>GANCHO IMEDIATO - OPCIONAL</w:t>
      </w:r>
    </w:p>
    <w:p>
      <w:pPr>
        <w:spacing w:after="20"/>
      </w:pPr>
      <w:r>
        <w:rPr>
          <w:rFonts w:ascii="Lato" w:hAnsi="Lato"/>
          <w:color w:val="2D2118"/>
          <w:sz w:val="15"/>
        </w:rPr>
        <w:t>Quem encontra este item e que decisão ele obriga essa pessoa a tomar?</w:t>
      </w:r>
    </w:p>
    <w:p>
      <w:pPr>
        <w:spacing w:after="0"/>
      </w:pPr>
      <w:r>
        <w:rPr>
          <w:rFonts w:ascii="Lato" w:hAnsi="Lato"/>
          <w:color w:val="BEB4A0"/>
          <w:sz w:val="14"/>
        </w:rPr>
        <w:t>________________________________________________________________________________________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37" w:right="850" w:bottom="56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ato" w:hAnsi="Lato"/>
        <w:color w:val="6D655D"/>
        <w:sz w:val="13"/>
      </w:rPr>
      <w:t>Mínimo viável de worldbuilding: terminou a ficha? O item já pode entrar em cena.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ato" w:hAnsi="Lato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